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B14" w:rsidRDefault="00157B69">
      <w:r>
        <w:t>______________________________________________________________________</w:t>
      </w:r>
    </w:p>
    <w:p w:rsidR="00EB7B14" w:rsidRDefault="00157B69">
      <w:pPr>
        <w:jc w:val="center"/>
      </w:pPr>
      <w:r>
        <w:rPr>
          <w:b/>
          <w:sz w:val="28"/>
        </w:rPr>
        <w:t>Abstract Submission Template</w:t>
      </w:r>
    </w:p>
    <w:p w:rsidR="00EB7B14" w:rsidRPr="002D487F" w:rsidRDefault="00157B69">
      <w:pPr>
        <w:pStyle w:val="Heading2"/>
        <w:rPr>
          <w:color w:val="C0504D" w:themeColor="accent2"/>
        </w:rPr>
      </w:pPr>
      <w:r w:rsidRPr="002D487F">
        <w:rPr>
          <w:color w:val="C0504D" w:themeColor="accent2"/>
        </w:rPr>
        <w:t>Author Information</w:t>
      </w:r>
    </w:p>
    <w:p w:rsidR="00EB7B14" w:rsidRDefault="00157B69">
      <w:r>
        <w:rPr>
          <w:b/>
        </w:rPr>
        <w:t>Paper Title:</w:t>
      </w:r>
      <w:r>
        <w:rPr>
          <w:b/>
        </w:rPr>
        <w:tab/>
      </w:r>
      <w:r>
        <w:rPr>
          <w:b/>
        </w:rPr>
        <w:tab/>
      </w:r>
      <w:r>
        <w:t>[Insert Title Here]</w:t>
      </w:r>
    </w:p>
    <w:p w:rsidR="00EB7B14" w:rsidRDefault="00157B69">
      <w:r>
        <w:rPr>
          <w:b/>
        </w:rPr>
        <w:t>Author(s):</w:t>
      </w:r>
      <w:r>
        <w:rPr>
          <w:b/>
        </w:rPr>
        <w:tab/>
      </w:r>
      <w:r>
        <w:rPr>
          <w:b/>
        </w:rPr>
        <w:tab/>
      </w:r>
      <w:r>
        <w:t>[Full Name(s)]</w:t>
      </w:r>
    </w:p>
    <w:p w:rsidR="00EB7B14" w:rsidRDefault="00157B69">
      <w:r>
        <w:rPr>
          <w:b/>
        </w:rPr>
        <w:t>Affiliation:</w:t>
      </w:r>
      <w:r>
        <w:rPr>
          <w:b/>
        </w:rPr>
        <w:tab/>
      </w:r>
      <w:r>
        <w:rPr>
          <w:b/>
        </w:rPr>
        <w:tab/>
      </w:r>
      <w:r>
        <w:t>[University/Institution Name]</w:t>
      </w:r>
    </w:p>
    <w:p w:rsidR="00EB7B14" w:rsidRDefault="00157B69">
      <w:r>
        <w:rPr>
          <w:b/>
        </w:rPr>
        <w:t>Email Address:</w:t>
      </w:r>
      <w:r>
        <w:rPr>
          <w:b/>
        </w:rPr>
        <w:tab/>
      </w:r>
      <w:r>
        <w:t>[Primary contact</w:t>
      </w:r>
      <w:r>
        <w:t xml:space="preserve"> email]</w:t>
      </w:r>
    </w:p>
    <w:p w:rsidR="00EB7B14" w:rsidRPr="002D487F" w:rsidRDefault="00157B69">
      <w:pPr>
        <w:pStyle w:val="Heading2"/>
        <w:rPr>
          <w:color w:val="C0504D" w:themeColor="accent2"/>
        </w:rPr>
      </w:pPr>
      <w:r w:rsidRPr="002D487F">
        <w:rPr>
          <w:color w:val="C0504D" w:themeColor="accent2"/>
        </w:rPr>
        <w:t>Submission Details</w:t>
      </w:r>
    </w:p>
    <w:p w:rsidR="00EB7B14" w:rsidRDefault="00157B69">
      <w:r>
        <w:rPr>
          <w:b/>
        </w:rPr>
        <w:t>Them</w:t>
      </w:r>
      <w:r w:rsidR="00AA3E4A">
        <w:rPr>
          <w:b/>
        </w:rPr>
        <w:t>e Chosen</w:t>
      </w:r>
      <w:r>
        <w:rPr>
          <w:b/>
        </w:rPr>
        <w:t>:</w:t>
      </w:r>
      <w:r>
        <w:rPr>
          <w:b/>
        </w:rPr>
        <w:tab/>
      </w:r>
      <w:r w:rsidR="00805779">
        <w:rPr>
          <w:b/>
        </w:rPr>
        <w:t xml:space="preserve">Choose from </w:t>
      </w:r>
      <w:hyperlink r:id="rId8" w:history="1">
        <w:r w:rsidR="00805779" w:rsidRPr="002D487F">
          <w:rPr>
            <w:rStyle w:val="Hyperlink"/>
            <w:b/>
            <w:color w:val="C00000"/>
          </w:rPr>
          <w:t>here</w:t>
        </w:r>
      </w:hyperlink>
    </w:p>
    <w:p w:rsidR="00EB7B14" w:rsidRDefault="00157B69">
      <w:r>
        <w:rPr>
          <w:b/>
        </w:rPr>
        <w:t>Language:</w:t>
      </w:r>
      <w:r>
        <w:rPr>
          <w:b/>
        </w:rPr>
        <w:tab/>
      </w:r>
      <w:r>
        <w:rPr>
          <w:b/>
        </w:rPr>
        <w:tab/>
      </w:r>
      <w:r>
        <w:t>[</w:t>
      </w:r>
      <w:r w:rsidR="0038578F">
        <w:t xml:space="preserve">Sanskrit / </w:t>
      </w:r>
      <w:r>
        <w:t xml:space="preserve">English / </w:t>
      </w:r>
      <w:r w:rsidR="007F0C5E">
        <w:t>Hindi]</w:t>
      </w:r>
    </w:p>
    <w:p w:rsidR="00EB7B14" w:rsidRDefault="00157B69">
      <w:r>
        <w:t>______________________________________________________________________</w:t>
      </w:r>
    </w:p>
    <w:p w:rsidR="00EB7B14" w:rsidRPr="002D487F" w:rsidRDefault="00157B69">
      <w:pPr>
        <w:pStyle w:val="Heading2"/>
        <w:rPr>
          <w:color w:val="C0504D" w:themeColor="accent2"/>
        </w:rPr>
      </w:pPr>
      <w:r w:rsidRPr="002D487F">
        <w:rPr>
          <w:color w:val="C0504D" w:themeColor="accent2"/>
        </w:rPr>
        <w:t>Abstract Text</w:t>
      </w:r>
    </w:p>
    <w:p w:rsidR="00EB7B14" w:rsidRDefault="00157B69">
      <w:r>
        <w:rPr>
          <w:i/>
        </w:rPr>
        <w:t>(Note: Abst</w:t>
      </w:r>
      <w:r>
        <w:rPr>
          <w:i/>
        </w:rPr>
        <w:t>ract text must stay strictly between 250–300 words. Format is single-spaced, Times New Roman 12pt</w:t>
      </w:r>
      <w:r w:rsidR="007819ED">
        <w:rPr>
          <w:i/>
        </w:rPr>
        <w:t xml:space="preserve"> for English and for Devanagari Unicode fon</w:t>
      </w:r>
      <w:r w:rsidR="00D2598E">
        <w:rPr>
          <w:i/>
        </w:rPr>
        <w:t xml:space="preserve">t with </w:t>
      </w:r>
      <w:r w:rsidR="0057589A">
        <w:rPr>
          <w:i/>
        </w:rPr>
        <w:t>appropriate size</w:t>
      </w:r>
      <w:r>
        <w:rPr>
          <w:i/>
        </w:rPr>
        <w:t>.)</w:t>
      </w:r>
    </w:p>
    <w:p w:rsidR="00EB7B14" w:rsidRDefault="00157B69">
      <w:pPr>
        <w:pStyle w:val="ListBullet"/>
      </w:pPr>
      <w:r>
        <w:rPr>
          <w:b/>
        </w:rPr>
        <w:t xml:space="preserve">Research Parameters (Introduction): </w:t>
      </w:r>
      <w:r>
        <w:t xml:space="preserve">[State the primary research question, context, or the </w:t>
      </w:r>
      <w:r>
        <w:t>specific text/tradition you are analyzing. Define the scope of your study.]</w:t>
      </w:r>
    </w:p>
    <w:p w:rsidR="00EB7B14" w:rsidRDefault="00157B69">
      <w:pPr>
        <w:pStyle w:val="ListBullet"/>
      </w:pPr>
      <w:r>
        <w:rPr>
          <w:b/>
        </w:rPr>
        <w:t xml:space="preserve">Methodology: </w:t>
      </w:r>
      <w:r>
        <w:t>[Explain how you approached the research. E.g., comparative textual analysis, epigraphical evidence, structural commentaries, etc.]</w:t>
      </w:r>
    </w:p>
    <w:p w:rsidR="00EB7B14" w:rsidRDefault="00157B69">
      <w:pPr>
        <w:pStyle w:val="ListBullet"/>
      </w:pPr>
      <w:r>
        <w:rPr>
          <w:b/>
        </w:rPr>
        <w:t xml:space="preserve">Data &amp; Findings: </w:t>
      </w:r>
      <w:r>
        <w:t>[Highlight the key</w:t>
      </w:r>
      <w:r>
        <w:t xml:space="preserve"> evidence, arguments, or observations your research has uncovered.]</w:t>
      </w:r>
    </w:p>
    <w:p w:rsidR="00EB7B14" w:rsidRDefault="00157B69">
      <w:pPr>
        <w:pStyle w:val="ListBullet"/>
      </w:pPr>
      <w:r>
        <w:rPr>
          <w:b/>
        </w:rPr>
        <w:t xml:space="preserve">Conclusion: </w:t>
      </w:r>
      <w:r>
        <w:t>[Summarize the implications of your findings and how they contribute to the broader field of Indology or Oriental studies.]</w:t>
      </w:r>
    </w:p>
    <w:p w:rsidR="00EB7B14" w:rsidRPr="002D487F" w:rsidRDefault="00157B69">
      <w:pPr>
        <w:pStyle w:val="Heading2"/>
        <w:rPr>
          <w:color w:val="C0504D" w:themeColor="accent2"/>
        </w:rPr>
      </w:pPr>
      <w:r w:rsidRPr="002D487F">
        <w:rPr>
          <w:color w:val="C0504D" w:themeColor="accent2"/>
        </w:rPr>
        <w:t>Keywords</w:t>
      </w:r>
    </w:p>
    <w:p w:rsidR="00EB7B14" w:rsidRDefault="00157B69">
      <w:r>
        <w:t>[Keyword 1]; [Keyword 2]; [Keyword 3]; [Key</w:t>
      </w:r>
      <w:r>
        <w:t>word 4]; [Keyword 5]</w:t>
      </w:r>
    </w:p>
    <w:p w:rsidR="00EB7B14" w:rsidRDefault="00EB7B14"/>
    <w:p w:rsidR="00EB7B14" w:rsidRPr="002D487F" w:rsidRDefault="00157B69" w:rsidP="002D487F">
      <w:pPr>
        <w:pStyle w:val="ListParagraph"/>
        <w:numPr>
          <w:ilvl w:val="0"/>
          <w:numId w:val="10"/>
        </w:numPr>
        <w:rPr>
          <w:rFonts w:cs="Mangal"/>
          <w:lang w:val="en-IN" w:bidi="sa-IN"/>
        </w:rPr>
      </w:pPr>
      <w:r w:rsidRPr="002D487F">
        <w:rPr>
          <w:b/>
        </w:rPr>
        <w:t xml:space="preserve">Template Specification Note: </w:t>
      </w:r>
      <w:r>
        <w:t xml:space="preserve">This document is set to Times New Roman, 12pt, Single Spacing. If writing in Sanskrit or Hindi, use </w:t>
      </w:r>
      <w:r w:rsidR="003B0348" w:rsidRPr="002D487F">
        <w:rPr>
          <w:rFonts w:ascii="Noto Sans Devanagari" w:hAnsi="Noto Sans Devanagari" w:cs="Noto Sans Devanagari"/>
          <w:sz w:val="28"/>
          <w:szCs w:val="24"/>
          <w:cs/>
          <w:lang w:bidi="sa-IN"/>
        </w:rPr>
        <w:t>देवनागरी</w:t>
      </w:r>
      <w:r w:rsidR="0038578F">
        <w:t>Unicode Font</w:t>
      </w:r>
      <w:r w:rsidR="002D487F" w:rsidRPr="002D487F">
        <w:rPr>
          <w:rFonts w:cs="Mangal"/>
          <w:lang w:val="en-IN" w:bidi="sa-IN"/>
        </w:rPr>
        <w:t>with appropriate size.</w:t>
      </w:r>
    </w:p>
    <w:p w:rsidR="002D487F" w:rsidRDefault="002D487F">
      <w:pPr>
        <w:rPr>
          <w:rFonts w:cs="Mangal"/>
          <w:lang w:val="en-IN" w:bidi="sa-IN"/>
        </w:rPr>
      </w:pPr>
    </w:p>
    <w:p w:rsidR="002D487F" w:rsidRPr="002D487F" w:rsidRDefault="002D487F" w:rsidP="002D487F">
      <w:pPr>
        <w:pStyle w:val="ListParagraph"/>
        <w:numPr>
          <w:ilvl w:val="0"/>
          <w:numId w:val="10"/>
        </w:numPr>
        <w:rPr>
          <w:rFonts w:cs="Mangal"/>
          <w:lang w:val="en-IN" w:bidi="sa-IN"/>
        </w:rPr>
      </w:pPr>
      <w:r w:rsidRPr="002D487F">
        <w:rPr>
          <w:rFonts w:cs="Mangal"/>
          <w:b/>
          <w:bCs/>
          <w:lang w:val="en-IN" w:bidi="sa-IN"/>
        </w:rPr>
        <w:t>Document Format:</w:t>
      </w:r>
      <w:r w:rsidRPr="002D487F">
        <w:rPr>
          <w:rFonts w:cs="Mangal"/>
          <w:lang w:val="en-IN" w:bidi="sa-IN"/>
        </w:rPr>
        <w:t>Submit both MS Word(.docx/.doc) &amp; PDF</w:t>
      </w:r>
    </w:p>
    <w:sectPr w:rsidR="002D487F" w:rsidRPr="002D487F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B69" w:rsidRDefault="00157B69">
      <w:r>
        <w:separator/>
      </w:r>
    </w:p>
  </w:endnote>
  <w:endnote w:type="continuationSeparator" w:id="1">
    <w:p w:rsidR="00157B69" w:rsidRDefault="0015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 Devanagari">
    <w:altName w:val="Times New Roman"/>
    <w:charset w:val="00"/>
    <w:family w:val="auto"/>
    <w:pitch w:val="variable"/>
    <w:sig w:usb0="00000001" w:usb1="00002046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1" w:rsidRDefault="008937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1" w:rsidRDefault="0089373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1" w:rsidRDefault="008937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B69" w:rsidRDefault="00157B69">
      <w:r>
        <w:separator/>
      </w:r>
    </w:p>
  </w:footnote>
  <w:footnote w:type="continuationSeparator" w:id="1">
    <w:p w:rsidR="00157B69" w:rsidRDefault="00157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1" w:rsidRDefault="008937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FD4" w:rsidRPr="00341FD4" w:rsidRDefault="00E22CDF" w:rsidP="00341FD4">
    <w:pPr>
      <w:pStyle w:val="Header"/>
      <w:jc w:val="center"/>
      <w:rPr>
        <w:b/>
        <w:bCs/>
        <w:sz w:val="32"/>
        <w:szCs w:val="28"/>
      </w:rPr>
    </w:pPr>
    <w:r>
      <w:rPr>
        <w:b/>
        <w:bCs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4857750</wp:posOffset>
          </wp:positionH>
          <wp:positionV relativeFrom="paragraph">
            <wp:posOffset>-333375</wp:posOffset>
          </wp:positionV>
          <wp:extent cx="1634490" cy="800100"/>
          <wp:effectExtent l="19050" t="0" r="3810" b="0"/>
          <wp:wrapTopAndBottom/>
          <wp:docPr id="13675577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5577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449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731">
      <w:rPr>
        <w:b/>
        <w:bCs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-333375</wp:posOffset>
          </wp:positionV>
          <wp:extent cx="1971675" cy="800100"/>
          <wp:effectExtent l="19050" t="0" r="9525" b="0"/>
          <wp:wrapTopAndBottom/>
          <wp:docPr id="1969502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50277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71675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1FD4" w:rsidRPr="00341FD4">
      <w:rPr>
        <w:b/>
        <w:bCs/>
        <w:sz w:val="32"/>
        <w:szCs w:val="28"/>
      </w:rPr>
      <w:t>52</w:t>
    </w:r>
    <w:r w:rsidR="00341FD4" w:rsidRPr="00341FD4">
      <w:rPr>
        <w:b/>
        <w:bCs/>
        <w:sz w:val="32"/>
        <w:szCs w:val="28"/>
        <w:vertAlign w:val="superscript"/>
      </w:rPr>
      <w:t>nd</w:t>
    </w:r>
    <w:r w:rsidR="00341FD4" w:rsidRPr="00341FD4">
      <w:rPr>
        <w:b/>
        <w:bCs/>
        <w:sz w:val="32"/>
        <w:szCs w:val="28"/>
      </w:rPr>
      <w:t xml:space="preserve"> All India Oriental Conference (AIOC)</w:t>
    </w:r>
  </w:p>
  <w:p w:rsidR="00EB7B14" w:rsidRDefault="00341FD4" w:rsidP="00341FD4">
    <w:pPr>
      <w:pStyle w:val="Header"/>
      <w:jc w:val="center"/>
    </w:pPr>
    <w:r w:rsidRPr="00341FD4">
      <w:rPr>
        <w:b/>
        <w:bCs/>
        <w:sz w:val="32"/>
        <w:szCs w:val="28"/>
      </w:rPr>
      <w:t>University of Patanjali, Haridwar</w:t>
    </w:r>
  </w:p>
  <w:tbl>
    <w:tblPr>
      <w:tblW w:w="0" w:type="auto"/>
      <w:tblLayout w:type="fixed"/>
      <w:tblLook w:val="04A0"/>
    </w:tblPr>
    <w:tblGrid>
      <w:gridCol w:w="3120"/>
      <w:gridCol w:w="3120"/>
    </w:tblGrid>
    <w:tr w:rsidR="006D34CE">
      <w:tc>
        <w:tcPr>
          <w:tcW w:w="3120" w:type="dxa"/>
        </w:tcPr>
        <w:p w:rsidR="006D34CE" w:rsidRDefault="006D34CE"/>
      </w:tc>
      <w:tc>
        <w:tcPr>
          <w:tcW w:w="3120" w:type="dxa"/>
        </w:tcPr>
        <w:p w:rsidR="006D34CE" w:rsidRDefault="006D34CE"/>
      </w:tc>
    </w:tr>
  </w:tbl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731" w:rsidRDefault="008937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1B4297C"/>
    <w:multiLevelType w:val="hybridMultilevel"/>
    <w:tmpl w:val="AEFA32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D7938"/>
    <w:rsid w:val="0015074B"/>
    <w:rsid w:val="00157B69"/>
    <w:rsid w:val="0029639D"/>
    <w:rsid w:val="002D487F"/>
    <w:rsid w:val="00326F90"/>
    <w:rsid w:val="00341FD4"/>
    <w:rsid w:val="0038578F"/>
    <w:rsid w:val="003B0348"/>
    <w:rsid w:val="0057589A"/>
    <w:rsid w:val="005F3A18"/>
    <w:rsid w:val="006177C5"/>
    <w:rsid w:val="00623FF9"/>
    <w:rsid w:val="00635DF3"/>
    <w:rsid w:val="006D34CE"/>
    <w:rsid w:val="007819ED"/>
    <w:rsid w:val="007F0C5E"/>
    <w:rsid w:val="00805779"/>
    <w:rsid w:val="008770AA"/>
    <w:rsid w:val="00893731"/>
    <w:rsid w:val="008D0A63"/>
    <w:rsid w:val="009730B5"/>
    <w:rsid w:val="009A3CAE"/>
    <w:rsid w:val="00AA1D8D"/>
    <w:rsid w:val="00AA3E4A"/>
    <w:rsid w:val="00B22946"/>
    <w:rsid w:val="00B47730"/>
    <w:rsid w:val="00C06652"/>
    <w:rsid w:val="00CB0664"/>
    <w:rsid w:val="00D2598E"/>
    <w:rsid w:val="00E052D5"/>
    <w:rsid w:val="00E22CDF"/>
    <w:rsid w:val="00E46104"/>
    <w:rsid w:val="00EB7B1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057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057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oc.universityofpatanjali.com/theme.ph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UOP-SR-03</cp:lastModifiedBy>
  <cp:revision>25</cp:revision>
  <dcterms:created xsi:type="dcterms:W3CDTF">2013-12-23T23:15:00Z</dcterms:created>
  <dcterms:modified xsi:type="dcterms:W3CDTF">2026-07-01T11:14:00Z</dcterms:modified>
  <cp:category/>
</cp:coreProperties>
</file>